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וכותרות מטעות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פער בין כותרת מטעה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בדיקת מקור, תאריך ואמינות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סימני אזהרה לחדשות שקריות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יש פער בין הכותרת לתוכן - צריך להיזהר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 המקור והאם הוא 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כל הכתבה ולבדוק את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אתרים מוכרים יכולים לפרסם כותרות מטעות, חשוב לבדוק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פער כזה מרמז שהכותרת מגזימה או מטעה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דיפ-פייק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(חשוד)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(דיפ-פייק)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של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המקור ומתי פורסם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כל תוכן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בין הכותרת לתוכן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שהכותרת מציגה דבר לא מדויק ושההסבר מזהה את הפער בין הכותרת לעובדות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מקור, לחפש אישור ממקורות נוספים, לא לשתף לפני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אמין=נבדק ונמצא נכון, חשוד=יש ספק שטרם נפתר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פער בין כותרת לתוכן או ניסוח מוגזם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אם הגוף שמפרסם אמין ומוכר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בכיתה בקבוצות ולדון בכל כותרת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כותרת לתוכן בעזרת דוגמאות מהמשחק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שיח מכבד ולא פוליטי בדיון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וכותרות מטעות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הבחירות מתפרסמות הרבה כותרות שנועדו למשוך תשומת לב, אך לא תמיד משקפות את האמת. בדף זה נתרגל לבדוק כותרות מול תוכן הכתבה ולהחליט אם הידיעה אמינה, חשודה או פייק.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תוכן  ·  דיפ-פייק  ·  פייק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כותרת כתבה טוענת 'המורים פותחים בשביתה!' אך בגוף הכתבה כתוב שהמורים 'שוקלים צעדים'. מה זה 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הכותרת מדויקת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פער בין הכותרת לתוכן - צריך להיזהר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הכתבה בטוח פייק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הכי חשוב לבדוק לפני שמאמינים לידיעה?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לייקים יש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היא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המקור והאם הוא אמין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בלבד מספיקה כדי לדעת אם ידיעה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המקור הוא אתר חדשות מוכר, אפשר תמיד לסמוך על הכותרת בלי לבדוק עוד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כשיש פער בין מה שכתוב בכותרת למה שכתוב בפנים, זה סימן אזהרה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לבדוק ידיעה צריך להשוות בין הכותרת לבין __________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ידיעה שקרית שמוצגת כאמיתית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סרטון מזויף שנראה אמיתי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מגזימה מול תוכן מתון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דיפ-פייק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עובדות שנבדקו ונמצאו נכונות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ידיעה שהומצאה לגמרי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סרטון מזויף שנראה אמיתי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חשוד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פעולות של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מי המקור ומתי פורסם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הכותרת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בין הכותרת לתוכן בפועל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כל תוכן הכתבה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לכותרת מטעה אפשרית, והסבירו למה היא מטעה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הייתם עושים אם הייתם רואים ידיעה חשודה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ידיעה 'אמינה' ל'חשודה'?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לסימן אזהרה בכותרת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זיהוי פייק ניוז וכותרות מטעות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