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זיהוי פייק ניוז וכותרות מטעות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פער בין כותרת מטעה לתוכן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בדיקת מקור, תאריך ואמינות 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סימני אזהרה לחדשות שקריות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יש פער בין הכותרת לתוכן - צריך להיזהר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מי המקור והאם הוא 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סרטון או תמונה מזויפים שנראים 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חשוד - יש סתירה בין הכותרת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ידיעה ישנה עלולה להיראות כאילו קרתה עכשיו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לקרוא את כל הכתבה ולבדוק את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גם אתרים מוכרים יכולים לפרסם כותרות מטעות, חשוב לבדוק 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פער כזה מרמז שהכותרת מגזימה או מטעה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דיפ-פייק יכול להיראות אמיתי מאוד ולהטעות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ידיעות שקריות עלולות להשפיע על דעת הציבור בתקופה רגישה 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דיפ-פייק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חשוד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(חשוד)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(אמין)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(פייק)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(דיפ-פייק)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(מקור)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פעולות של הבלש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מי המקור ומתי פורסם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לקרוא את כל תוכן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להשוות בין הכותרת לתוכן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להחליט אם אמין, חשוד או פייק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לבדוק שהכותרת מציגה דבר לא מדויק ושההסבר מזהה את הפער בין הכותרת לעובדות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מקור, לחפש אישור ממקורות נוספים, לא לשתף לפני בדיקה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אמין=נבדק ונמצא נכון, חשוד=יש ספק שטרם נפתר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פער בין כותרת לתוכן או ניסוח מוגזם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לדעת אם הגוף שמפרסם אמין ומוכר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המשחק בכיתה בקבוצות ולדון בכל כותרת לפני חשיפת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ההבחנה בין כותרת לתוכן בעזרת דוגמאות מהמשחק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דגש על שיח מכבד ולא פוליטי בדיון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זיהוי פייק ניוז וכותרות מטעות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כותרת בחדשות לא אומרת את האמת. נלמד איך לבדוק אם כותרת נכונה או לא.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פייק ניוז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ידיעה שקרית שמוצגת כאילו היא אמיתית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 מטעה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שגורמת לחשוב משהו שלא קרה באמת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פרסם את הידיעה - חשוב לבדוק אם הוא ידוע ואמין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בלש חדשות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שבודק עובדות לפני שמאמין לכותרת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חשוד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ידיעה שלא בטוח אם היא נכונה, צריך לבדוק 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דיפ-פייק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סרטון או תמונה מזויפים שנראים אמיתיים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ידיעה שנבדקה ונמצאה 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 מכבד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לדבר על חדשות בלי לפגוע באחרים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בכותרת כתוב דבר אחד, ובכתבה כתוב דבר אחר - מה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הכותרת מדויקת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פער בין הכותרת לתוכן - צריך להיזהר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הכתבה בטוח פייק מוחלט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לבדוק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צריך לבדוק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לייקים יש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היא מעניינת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המקור והאם הוא אמין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הכותרת מושכת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דיפ-פייק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סרטון או תמונה מזויפים שנראים אמיתיים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אתר חדשות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ציטוט 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אם הכותרת אומרת משהו אחר מהכתבה, מה נעשה?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אמין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חשוד - יש סתירה בין הכותרת לתוכן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פייק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לב לזה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צריך לבדוק מתי פורסמה הידיעה?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לדעת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ידיעה ישנה עלולה להיראות כאילו קרתה עכשיו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לא חשוב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לספור ימים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בלבד מספיקה כדי לדעת אם ידיעה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המקור הוא אתר חדשות מוכר, אפשר תמיד לסמוך על הכותרת בלי לבדוק עוד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פער בין מה שכתוב בכותרת למה שכתוב בפנים, זה סימן אזהרה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דיפ-פייק הוא תמיד קל לזיהוי במבט 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הבחירות יש חשיבות מיוחדת לבדיקת מהימנות ידיעות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לבדוק ידיעה צריך להשוות בין הכותרת לבין __________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ידיעה שקרית שמוצגת כאמיתית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סרטון מזויף שנראה אמיתי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כשלא בטוחים אם ידיעה נכונה, מסווגים אותה כ__________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חשוב לבדוק מי פרסם ידיעה, כלומר מהו ה__________ 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 מגזימה מול תוכן מתון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אמין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עובדות שנבדקו ונמצאו נכונות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ידיעה שהומצאה לגמרי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חשוד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סרטון מזויף שנראה אמיתי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פייק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 פרסם את הידיעה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דיפ-פייק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פעולות של הבלש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מי המקור ומתי פורסם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כל תוכן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אם אמין, חשוד או פייק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הכותרת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להשוות בין הכותרת לתוכן בפועל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לכותרת מטעה אפשרית, והסבירו למה היא מטעה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הייתם עושים אם הייתם רואים ידיעה חשודה ברשת?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ידיעה 'אמינה' ל'חשודה'?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לסימן אזהרה בכותרת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את המקור של ידיעה?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זיהוי פייק ניוז וכותרות מטעות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